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עץ הדובדבן השבור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ג'סי סטיוארט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(עץ דובדבן) · 2–ג (עובד כדי לשלם) · 3–א (חיידקים) · 4–ב (מבין ומרוצה)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(לסטר, האב – קשוח אך ישר)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שישה תלמידים טיפסו עליו בזמן סיור כדי לתפוס לטאה, והעץ נשבר תחת משקלם.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עץ הדובדבן השבור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ג'סי סטיוארט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ילדים שברו עץ דובדבן. דייב עובד בבית הספר כדי לשלם. אבא כועס ובא לבית הספר, ובסוף מבין.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נשבר?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חלון     ב. כיסא     ג. עץ דובדבן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עושה דייב אחרי הלימודים?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ישן     ב. משחק     ג. עובד כדי לשלם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רואה אבא במיקרוסקופ?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חיידקים     ב. כוכבים     ג. ציפורים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אבא מרגיש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משועמם     ב. מבין ומרוצה     ג. עדיין כועס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דייב – אחראי ומפוחד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לסטר, האב – סבלני וחכם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פרופסור הרברט – סבלני וחכם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דייב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אחראי ומפוחד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לסטר, 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סבלני וחכם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פרופסור הרברט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אך ישר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תפנית   |   מספר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נשבר עץ הדובדבן?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יכול לעזור להורים ולבית הספר להבין זה את זה?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עץ הדובדבן השבור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מ"עץ הדובדבן השבור":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