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עץ הדובדבן השבור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ג'סי סטיוארט · סיפור קצר · הסיפור הקצר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1–א (שישה) · 2–א (פרופסור הרברט) · 3–א (שבית הספר השתנה ושדייב ימשיך ללמוד)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1) תשובה קצרה לפי הסיכום: דייב לומד בבית ספר. ילדים שברו עץ. דייב עובד כדי לשלם. אבא כועס ובא לבית הספר. המורה מראה לאבא מדע, ואבא מבין. | 2) תשובה קצרה לפי הסיכום: דייב לומד בבית ספר. ילדים שברו עץ. דייב עובד כדי לשלם. אבא כועס ובא לבית הספר. המורה מראה לאבא מדע, ואבא מבין.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1–א · 2–ה · 3–ו · 4–ג · 5–ב · 6–ד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1–ג · 2–ב · 3–א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3–4 משפטים פשוטים, עם מילת קישור אחת לפחות (כי / לכן / אבל).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3 משפטים פשוטים הפונים לדמות; פרט אחד מהעלילה.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עץ הדובדבן השבור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ג'סי סטיוארט · סיפור קצר · הסיפור הקצר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בקצרה, בעברית פשוטה: דייב לומד בבית ספר. ילדים שברו עץ. דייב עובד כדי לשלם. אבא כועס ובא לבית הספר. המורה מראה לאבא מדע, ואבא מבין.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 דומה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עץ דובדבן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עץ עם פרי אדום קטן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עץ פרי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נזק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משהו שנשבר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קלקול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חווה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מקום עם בעלי חיים ושדות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משק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מיקרוסקופ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כלי לראות דברים קטנים מאוד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זכוכית מגדלת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חיידק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יצור קטן מאוד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מיקרוב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לטאטא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לנקות רצפה במטאטא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לנקות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כמה תלמידים טיפסו על העץ?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שישה     ב. שניים     ג. עשרה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מי שילם במקום דייב?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פרופסור הרברט     ב. אביו     ג. האיכר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מסיק האב בסוף?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שבית הספר השתנה ושדייב ימשיך ללמוד     ב. שדייב יעזוב     ג. שבית הספר מיותר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ענו במשפט קצר.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למה אבא כועס?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משנה את דעתו של אבא?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התאימו מילה ← הסבר. אפשר להיעזר במילון שבראש הדף.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עץ דובדבן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עץ עם פרי אדום קטן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נזק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יצור קטן מאוד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חווה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כלי לראות דברים קטנים מאוד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מיקרוסקופ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לנקות רצפה במטאטא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חיידק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משהו שנשבר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לטאטא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מקום עם בעלי חיים ושדות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התאימו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דייב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סבלני וחכם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לסטר, האב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קשוח אך ישר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פרופסור הרברט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אחראי ומפוחד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כתבו 3–4 משפטים. השתמשו במילות הקישור: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מה יכול לעזור להורים ולבית הספר להבין זה את זה?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מילות קישור: הוספה: וגם / בנוסף / יתר על כן / כמו כן   ניגוד: אבל / אולם / לעומת זאת / למרות   סיבה: כי / מפני ש / בגלל / משום ש   תוצאה: לכן / לפיכך / כתוצאה מכך / ולכן   דוגמה: למשל / לדוגמה / כגון   סיכום: לסיכום / בקיצור / לבסוף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6.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בחרו דמות אחת מהיצירה. כתבו לה 3 משפטים: מה הייתם אומרים לה?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עץ הדובדבן השבור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מילה חדשה שלמדתי היום: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משפט אחד על היצירה: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שאלה שיש לי: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