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הקיץ של הסוס הלבן היפהפה</w:t>
      </w:r>
    </w:p>
    <w:p>
      <w:pPr>
        <w:bidi/>
        <w:jc w:val="right"/>
      </w:pPr>
      <w:r>
        <w:rPr>
          <w:rFonts w:ascii="Arial" w:hAnsi="Arial" w:cs="Arial"/>
          <w:b w:val="0"/>
          <w:color w:val="555555"/>
          <w:rtl/>
        </w:rPr>
        <w:t>ויליאם סארויאן · סיפור קצר · הסיפור הקצר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(ארם) · 2–ב (הכרת יושר משפחתם) · 3–ב (נעשה רגוע וטוב יותר) · 4–ב (לבן) · 5–ב (ביושר)</w:t>
      </w:r>
    </w:p>
    <w:p>
      <w:pPr>
        <w:bidi/>
        <w:spacing w:after="60"/>
        <w:jc w:val="right"/>
      </w:pPr>
      <w:r>
        <w:rPr>
          <w:rFonts w:ascii="Arial" w:hAnsi="Arial" w:cs="Arial"/>
          <w:b w:val="0"/>
          <w:rtl/>
        </w:rPr>
        <w:t>תרגיל 2: 1–לא נכון (מוראד – פרוע ואוהב חיות) · 2–נכון · 3–נכון</w:t>
      </w:r>
    </w:p>
    <w:p>
      <w:pPr>
        <w:bidi/>
        <w:spacing w:after="60"/>
        <w:jc w:val="right"/>
      </w:pPr>
      <w:r>
        <w:rPr>
          <w:rFonts w:ascii="Arial" w:hAnsi="Arial" w:cs="Arial"/>
          <w:b w:val="0"/>
          <w:rtl/>
        </w:rPr>
        <w:t>תרגיל 3: 1) ארם בן תשע ומוראד בן שלוש עשרה. | 2) ביושר שלה – כבר מאות שנים, גם כשהיו עניים מאוד. | 3) שהיה נשבע שזה הסוס שלו, אילו לא הכיר את הורי הילדים ואת יושר משפחתם.</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1–ד · 2–ב · 3–ג · 4–א</w:t>
      </w:r>
    </w:p>
    <w:p>
      <w:pPr>
        <w:bidi/>
        <w:spacing w:after="60"/>
        <w:jc w:val="right"/>
      </w:pPr>
      <w:r>
        <w:rPr>
          <w:rFonts w:ascii="Arial" w:hAnsi="Arial" w:cs="Arial"/>
          <w:b w:val="0"/>
          <w:rtl/>
        </w:rPr>
        <w:t>תרגיל 5: 1–מספר · 2–אירוניה · 3–דמות · 4–סמל</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הוא מבין מה קרה, אבל בוחר לכבד את המשפחה ולתת לילדים הזדמנות לתקן בעצמם. ההבלגה שלו מלמדת אותם יותר מעונש.</w:t>
      </w:r>
    </w:p>
    <w:p>
      <w:pPr>
        <w:bidi/>
        <w:spacing w:after="60"/>
        <w:jc w:val="right"/>
      </w:pPr>
      <w:r>
        <w:rPr>
          <w:rFonts w:ascii="Arial" w:hAnsi="Arial" w:cs="Arial"/>
          <w:b w:val="0"/>
          <w:rtl/>
        </w:rPr>
        <w:t>תרגיל 7: דברי האיכר הזכירו להם את ערך היושר המשפחתי, והם לא רצו לפגוע בשם המשפחה ובאמון שניתן בהם.</w:t>
      </w:r>
    </w:p>
    <w:p>
      <w:pPr>
        <w:bidi/>
        <w:spacing w:after="60"/>
        <w:jc w:val="right"/>
      </w:pPr>
      <w:r>
        <w:rPr>
          <w:rFonts w:ascii="Arial" w:hAnsi="Arial" w:cs="Arial"/>
          <w:b w:val="0"/>
          <w:rtl/>
        </w:rPr>
        <w:t>תרגיל 8: תשובה מנומקת: לקח בלי רשות ולכן זו גנבה, גם אם תכנן להחזיר; אפשר לדון בהבדל בין כוונה למעשה.</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עדיף: עונש או אמון שמזמין לתקן?</w:t>
      </w:r>
    </w:p>
    <w:p>
      <w:pPr>
        <w:bidi/>
        <w:jc w:val="right"/>
      </w:pPr>
      <w:r>
        <w:rPr>
          <w:rFonts w:ascii="Arial" w:hAnsi="Arial" w:cs="Arial"/>
          <w:b w:val="0"/>
          <w:rtl/>
        </w:rPr>
        <w:t>• הביאו דוגמאות מחיי בית הספר; התמקדו בתיקון ולא באשמה.</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הקיץ של הסוס הלבן היפהפה</w:t>
      </w:r>
    </w:p>
    <w:p>
      <w:pPr>
        <w:bidi/>
        <w:jc w:val="right"/>
      </w:pPr>
      <w:r>
        <w:rPr>
          <w:rFonts w:ascii="Arial" w:hAnsi="Arial" w:cs="Arial"/>
          <w:b w:val="0"/>
          <w:color w:val="555555"/>
          <w:rtl/>
        </w:rPr>
        <w:t>ויליאם סארויאן · סיפור קצר · הסיפור הקצר</w:t>
      </w:r>
    </w:p>
    <w:p>
      <w:pPr>
        <w:bidi/>
        <w:jc w:val="right"/>
      </w:pPr>
      <w:r>
        <w:rPr>
          <w:rFonts w:ascii="Arial" w:hAnsi="Arial" w:cs="Arial"/>
          <w:b w:val="0"/>
          <w:rtl/>
        </w:rPr>
        <w:t>תזכורת קצרה: ארם, בן תשע, מתעורר עם שחר וברחוב מחכה לו בן דודו מוראד, בן שלוש עשרה, רכוב על סוס לבן ויפהפה. ארם יודע שבמשפחה העניה שלהם אין כסף לסוס, אבל גם שכולם בשבט ידועים כישרים כבר מאות שנים – ולכן קשה לו להאמין שמוראד גנב. הם רוכבים בסתר שבועות ומסתירים את הסוס בחווה נטושה. יום אחד מגיע לביתם האיכר ג'ון ביירו ומספר שסוסו הלבן נגנב. כשהוא פוגש את הילדים עם הסוס בדרך, הוא מסתכל עליו היטב ואומר שהיה נשבע שזה סוסו – אילו לא הכיר את משפחתם הישרה. למחרת הילדים מחזירים את הסוס בשקט, והאיכר מגלה שהסוס נעשה רגוע וטוב יותר.</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מי מספר את הסיפור?</w:t>
      </w:r>
    </w:p>
    <w:p>
      <w:pPr>
        <w:bidi/>
        <w:spacing w:after="120"/>
        <w:jc w:val="right"/>
      </w:pPr>
      <w:r>
        <w:rPr>
          <w:rFonts w:ascii="Arial" w:hAnsi="Arial" w:cs="Arial"/>
          <w:b w:val="0"/>
          <w:rtl/>
        </w:rPr>
        <w:t xml:space="preserve">     א. מוראד     ב. ארם     ג. האיכר     ד. הסוס</w:t>
      </w:r>
    </w:p>
    <w:p>
      <w:pPr>
        <w:bidi/>
        <w:jc w:val="right"/>
      </w:pPr>
      <w:r>
        <w:rPr>
          <w:rFonts w:ascii="Arial" w:hAnsi="Arial" w:cs="Arial"/>
          <w:b w:val="0"/>
          <w:rtl/>
        </w:rPr>
        <w:t>2) מה מונע מהאיכר להאשים את הילדים?</w:t>
      </w:r>
    </w:p>
    <w:p>
      <w:pPr>
        <w:bidi/>
        <w:spacing w:after="120"/>
        <w:jc w:val="right"/>
      </w:pPr>
      <w:r>
        <w:rPr>
          <w:rFonts w:ascii="Arial" w:hAnsi="Arial" w:cs="Arial"/>
          <w:b w:val="0"/>
          <w:rtl/>
        </w:rPr>
        <w:t xml:space="preserve">     א. פחד     ב. הכרת יושר משפחתם     ג. הוא לא ראה את הסוס     ד. הוא שמח</w:t>
      </w:r>
    </w:p>
    <w:p>
      <w:pPr>
        <w:bidi/>
        <w:jc w:val="right"/>
      </w:pPr>
      <w:r>
        <w:rPr>
          <w:rFonts w:ascii="Arial" w:hAnsi="Arial" w:cs="Arial"/>
          <w:b w:val="0"/>
          <w:rtl/>
        </w:rPr>
        <w:t>3) איזה שינוי חל בסוס כשחזר?</w:t>
      </w:r>
    </w:p>
    <w:p>
      <w:pPr>
        <w:bidi/>
        <w:spacing w:after="120"/>
        <w:jc w:val="right"/>
      </w:pPr>
      <w:r>
        <w:rPr>
          <w:rFonts w:ascii="Arial" w:hAnsi="Arial" w:cs="Arial"/>
          <w:b w:val="0"/>
          <w:rtl/>
        </w:rPr>
        <w:t xml:space="preserve">     א. נעשה פראי     ב. נעשה רגוע וטוב יותר     ג. חלה     ד. ברח</w:t>
      </w:r>
    </w:p>
    <w:p>
      <w:pPr>
        <w:bidi/>
        <w:jc w:val="right"/>
      </w:pPr>
      <w:r>
        <w:rPr>
          <w:rFonts w:ascii="Arial" w:hAnsi="Arial" w:cs="Arial"/>
          <w:b w:val="0"/>
          <w:rtl/>
        </w:rPr>
        <w:t>4) איזה צבע הסוס?</w:t>
      </w:r>
    </w:p>
    <w:p>
      <w:pPr>
        <w:bidi/>
        <w:spacing w:after="120"/>
        <w:jc w:val="right"/>
      </w:pPr>
      <w:r>
        <w:rPr>
          <w:rFonts w:ascii="Arial" w:hAnsi="Arial" w:cs="Arial"/>
          <w:b w:val="0"/>
          <w:rtl/>
        </w:rPr>
        <w:t xml:space="preserve">     א. שחור     ב. לבן     ג. חום</w:t>
      </w:r>
    </w:p>
    <w:p>
      <w:pPr>
        <w:bidi/>
        <w:jc w:val="right"/>
      </w:pPr>
      <w:r>
        <w:rPr>
          <w:rFonts w:ascii="Arial" w:hAnsi="Arial" w:cs="Arial"/>
          <w:b w:val="0"/>
          <w:rtl/>
        </w:rPr>
        <w:t>5) במה המשפחה גאה?</w:t>
      </w:r>
    </w:p>
    <w:p>
      <w:pPr>
        <w:bidi/>
        <w:spacing w:after="120"/>
        <w:jc w:val="right"/>
      </w:pPr>
      <w:r>
        <w:rPr>
          <w:rFonts w:ascii="Arial" w:hAnsi="Arial" w:cs="Arial"/>
          <w:b w:val="0"/>
          <w:rtl/>
        </w:rPr>
        <w:t xml:space="preserve">     א. בכסף     ב. ביושר     ג. בבית גדול</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מוראד – חכם ומבליג</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ארם – תמים ונאמן</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ג'ון ביירו – חכם ומבליג</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מה גילם של ארם ומוראד?</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במה מתגאה משפחת גארוחלאניאן?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אומר האיכר כשהוא רואה את הסוס?</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מספר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הסוס הלבן היפהפה הוא סמל לחלום ולחירות של הקיץ.</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אירוניה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המשפחה 'הישרה' מחזיקה סוס גנוב, והאיכר משתמש ביושר שלה כדי להחזיר אותו.</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מוראד – פרוע, אוהב חיות ובעל 'שיגעון' משפחתי, אבל לא רשע.</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ארם, הילד הצעיר, מספר בגוף ראשון וממבט תמים ומלא הערצה למוראד.</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דמות   |   מספר   |   דימוי   |   סמל   |   אירוניה</w:t>
      </w:r>
    </w:p>
    <w:p>
      <w:pPr>
        <w:bidi/>
        <w:spacing w:after="120"/>
        <w:jc w:val="right"/>
      </w:pPr>
      <w:r>
        <w:rPr>
          <w:rFonts w:ascii="Arial" w:hAnsi="Arial" w:cs="Arial"/>
          <w:b w:val="0"/>
          <w:rtl/>
        </w:rPr>
        <w:t>1) ______ – הקול שמספר את הסיפור; יכול להיות דמות בסיפור (גוף ראשון) או קול מחוץ לסיפור (גוף שלישי)</w:t>
      </w:r>
    </w:p>
    <w:p>
      <w:pPr>
        <w:bidi/>
        <w:spacing w:after="120"/>
        <w:jc w:val="right"/>
      </w:pPr>
      <w:r>
        <w:rPr>
          <w:rFonts w:ascii="Arial" w:hAnsi="Arial" w:cs="Arial"/>
          <w:b w:val="0"/>
          <w:rtl/>
        </w:rPr>
        <w:t>2) ______ – פער בין מה שנאמר או מצופה לבין מה שקורה באמת</w:t>
      </w:r>
    </w:p>
    <w:p>
      <w:pPr>
        <w:bidi/>
        <w:spacing w:after="120"/>
        <w:jc w:val="right"/>
      </w:pPr>
      <w:r>
        <w:rPr>
          <w:rFonts w:ascii="Arial" w:hAnsi="Arial" w:cs="Arial"/>
          <w:b w:val="0"/>
          <w:rtl/>
        </w:rPr>
        <w:t>3) ______ – אדם, בעל חיים או יצור שפועל ביצירה; לדמות יש תכונות, רצונות ומניעים</w:t>
      </w:r>
    </w:p>
    <w:p>
      <w:pPr>
        <w:bidi/>
        <w:spacing w:after="120"/>
        <w:jc w:val="right"/>
      </w:pPr>
      <w:r>
        <w:rPr>
          <w:rFonts w:ascii="Arial" w:hAnsi="Arial" w:cs="Arial"/>
          <w:b w:val="0"/>
          <w:rtl/>
        </w:rPr>
        <w:t>4) ______ – דבר מוחשי שמייצג רעיון גדול ממנו</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מדוע האיכר לא מאשים את הילדים ישירות?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למה בחרו הילדים להחזיר את הסוס?</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מוראד 'גנב' או 'שאל' את הסוס?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הרגע שבו הילדים מחזירים את הסוס, מנקודת המבט של הסוס.</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הקיץ של הסוס הלבן היפהפה · שם: ______________</w:t>
      </w:r>
    </w:p>
    <w:p>
      <w:pPr>
        <w:bidi/>
        <w:jc w:val="right"/>
      </w:pPr>
      <w:r>
        <w:rPr>
          <w:rFonts w:ascii="Arial" w:hAnsi="Arial" w:cs="Arial"/>
          <w:b w:val="0"/>
          <w:rtl/>
        </w:rPr>
        <w:t>1) איזה רגע בסיפור של היום נשאר איתך,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הסבירו במשפט אחד מהי אירוניה וצרפו דוגמה.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שאלה אחת שהייתם רוצים לשאול את אחת הדמויות.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