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מקץ עשרים שנה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או הנרי · סיפור קצר · הסיפור הקצר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(עשרים) · 2–ב (שוטר) · 3–א (הוא נעצר) · 4–ב (בפתק)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1–לא נכון (ג'ימי וולס – ישר ורגיש) · 2–נכון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1–ב · 2–ג · 3–א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1–תפנית · 2–אירוניה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הוא מחכה לחברו ג'ימי וולס לפי הבטחה שנתנו לפני עשרים שנה להיפגש באותו מקום.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מקץ עשרים שנה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או הנרי · סיפור קצר · הסיפור הקצר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שני חברים קבעו להיפגש אחרי עשרים שנה. אחד מהם שוטר. השני מבוקש בגלל פשע.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אחרי כמה שנים הם נפגשים?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עשרים     ב. חמש     ג. מאה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המקצוע של ג'ימי?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נהג     ב. שוטר     ג. רופא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קורה לבוב בסוף?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הוא נעצר     ב. הוא בורח     ג. הוא מקבל פרס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איך ג'ימי מספר לבוב את האמת?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בשיר     ב. בפתק     ג. בטלפון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ג'ימי וולס – ענייני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בוב – גאוותן ונאמן להבטחה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השוטר בלבוש אזרחי – ענייני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בוב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ענייני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ג'ימי וולס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גאוותן ונאמן להבטחה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השוטר בלבוש אזרחי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ישר ורגיש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תפנית   |   אירוניה   |   האנשה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רגע בעלילה שבו המצב משתנה באופן מפתיע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פער בין מה שנאמר או מצופה לבין מה שקורה באמת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עומד בוב בפתח החנות?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עושים כשחברות מתנגשת בחובה או בכללים?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מקץ עשרים שנה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מ"מקץ עשרים שנה":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