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עולים חדשים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מהדורה למורה – מקץ עשרים שנה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 הנרי · סיפור קצר · הסיפור הקצר · גרסת עולים חדשים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1–ב (ג'ימי וולס) · 2–ב (האף והפנים) · 3–א (סופים מפתיעים)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1) תשובה קצרה לפי הסיכום: בוב וג'ימי חברים. הם נפרדו לפני עשרים שנה. בוב מחכה לג'ימי ברחוב. ג'ימי שוטר. בוב עשה פשע ושוטר עוצר אותו. | 2) תשובה קצרה לפי הסיכום: בוב וג'ימי חברים. הם נפרדו לפני עשרים שנה. בוב מחכה לג'ימי ברחוב. ג'ימי שוטר. בוב עשה פשע ושוטר עוצר אותו.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ב׳ – מילים ומושגים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1–ב · 2–ה · 3–ד · 4–ג · 5–א · 6–ו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1–ג · 2–ב · 3–א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תשובות – חלק ג׳ – כותבים בעברית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3–4 משפטים פשוטים, עם מילת קישור אחת לפחות (כי / לכן / אבל).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3 משפטים פשוטים הפונים לדמות; פרט אחד מהעלילה.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28"/>
          <w:szCs w:val="28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עולים חדשים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1"/>
          <w:szCs w:val="41"/>
          <w:rtl/>
        </w:rPr>
        <w:t>מקץ עשרים שנה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או הנרי · סיפור קצר · הסיפור הקצר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בקצרה, בעברית פשוטה: בוב וג'ימי חברים. הם נפרדו לפני עשרים שנה. בוב מחכה לג'ימי ברחוב. ג'ימי שוטר. בוב עשה פשע ושוטר עוצר אותו.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 דומה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שוטר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ששומר על החוק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איש משטרה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להבטיח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לומר שתעשה משהו בטוח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להתחייב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מבוקש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המשטרה מחפשת אותו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נרדף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לעצור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לקחת למשטרה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לאסור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פתק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דף קטן עם כמה מילים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הודעה קצרה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פנס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מנורה ברחוב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תאורה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היה השוטר הראשון?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זר     ב. ג'ימי וולס     ג. אחיו של בוב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מסגיר שהגבר השני אינו ג'ימי?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הבגדים     ב. האף והפנים     ג. הקול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במה ידוע או הנרי?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סופים מפתיעים     ב. שירים ארוכים     ג. מחזות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ענו במשפט קצר.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למה בוב מחכה?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מי הוא ג'ימי?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ב׳ – מילים ומושגים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התאימו מילה ← הסבר. אפשר להיעזר במילון שבראש הדף.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מילה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הסבר פשוט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שוטר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דף קטן עם כמה מילים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להבטיח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אדם ששומר על החוק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מבוקש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לקחת למשטרה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לעצור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המשטרה מחפשת אותו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5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פתק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לומר שתעשה משהו בטוח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6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פנס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ו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מנורה ברחוב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התאימו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בוב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ענייני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ג'ימי וולס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ישר ורגיש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השוטר בלבוש אזרחי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גאוותן ונאמן להבטחה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חלק ג׳ – כותבים בעברית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כתבו 3–4 משפטים. השתמשו במילות הקישור: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מה עושים כשחברות מתנגשת בחובה או בכללים?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מילות קישור: הוספה: וגם / בנוסף / יתר על כן / כמו כן   ניגוד: אבל / אולם / לעומת זאת / למרות   סיבה: כי / מפני ש / בגלל / משום ש   תוצאה: לכן / לפיכך / כתוצאה מכך / ולכן   דוגמה: למשל / לדוגמה / כגון   סיכום: לסיכום / בקיצור / לבסוף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 xml:space="preserve">6. 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בחרו דמות אחת מהיצירה. כתבו לה 3 משפטים: מה הייתם אומרים לה?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2"/>
          <w:szCs w:val="32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מקץ עשרים שנה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מילה חדשה שלמדתי היום: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משפט אחד על היצירה: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שאלה שיש לי: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p>
      <w:pPr>
        <w:bidi/>
        <w:spacing w:after="8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5"/>
      <w:szCs w:val="25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